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02BDF" w14:textId="77777777" w:rsidR="004513D4" w:rsidRDefault="00646487">
      <w:r>
        <w:t>（別紙）</w:t>
      </w:r>
    </w:p>
    <w:p w14:paraId="18FFDDC9" w14:textId="77777777" w:rsidR="004513D4" w:rsidRDefault="00646487">
      <w:pPr>
        <w:jc w:val="center"/>
      </w:pPr>
      <w:r>
        <w:rPr>
          <w:b/>
        </w:rPr>
        <w:t>市内取扱事業者不存在申立書</w:t>
      </w:r>
    </w:p>
    <w:p w14:paraId="3F54E3E5" w14:textId="3F488C20" w:rsidR="004513D4" w:rsidRDefault="00646487" w:rsidP="00646487">
      <w:pPr>
        <w:jc w:val="center"/>
        <w:rPr>
          <w:rFonts w:hint="eastAsia"/>
          <w:lang w:eastAsia="ja-JP"/>
        </w:rPr>
      </w:pPr>
      <w:r>
        <w:rPr>
          <w:lang w:eastAsia="ja-JP"/>
        </w:rPr>
        <w:t>（市外の事業者から対象設備を購入する場合に、交付申請書に添付してください。）</w:t>
      </w:r>
    </w:p>
    <w:p w14:paraId="36B79E6F" w14:textId="2E4FD391" w:rsidR="004513D4" w:rsidRDefault="00646487" w:rsidP="00646487">
      <w:pPr>
        <w:ind w:firstLineChars="100" w:firstLine="210"/>
        <w:rPr>
          <w:lang w:eastAsia="ja-JP"/>
        </w:rPr>
      </w:pPr>
      <w:r>
        <w:rPr>
          <w:rFonts w:hint="eastAsia"/>
          <w:lang w:eastAsia="ja-JP"/>
        </w:rPr>
        <w:t>多久市</w:t>
      </w:r>
      <w:r>
        <w:rPr>
          <w:lang w:eastAsia="ja-JP"/>
        </w:rPr>
        <w:t>中小企業</w:t>
      </w:r>
      <w:r>
        <w:rPr>
          <w:lang w:eastAsia="ja-JP"/>
        </w:rPr>
        <w:t>等省エネ設備導入支援</w:t>
      </w:r>
      <w:r>
        <w:rPr>
          <w:rFonts w:hint="eastAsia"/>
          <w:lang w:eastAsia="ja-JP"/>
        </w:rPr>
        <w:t>補助金</w:t>
      </w:r>
      <w:r>
        <w:rPr>
          <w:lang w:eastAsia="ja-JP"/>
        </w:rPr>
        <w:t>の交付申請にあたり、下記の対象設備については、市内に取り扱う事業者が存在しなかったため、市外の事業者から購入</w:t>
      </w:r>
      <w:r>
        <w:rPr>
          <w:rFonts w:hint="eastAsia"/>
          <w:lang w:eastAsia="ja-JP"/>
        </w:rPr>
        <w:t>する</w:t>
      </w:r>
      <w:r>
        <w:rPr>
          <w:lang w:eastAsia="ja-JP"/>
        </w:rPr>
        <w:t>ことを申し立てます。</w:t>
      </w:r>
    </w:p>
    <w:p w14:paraId="3D45E4C9" w14:textId="77777777" w:rsidR="004513D4" w:rsidRDefault="004513D4">
      <w:pPr>
        <w:rPr>
          <w:lang w:eastAsia="ja-JP"/>
        </w:rPr>
      </w:pPr>
    </w:p>
    <w:p w14:paraId="3D66D267" w14:textId="77777777" w:rsidR="004513D4" w:rsidRDefault="00646487" w:rsidP="00646487">
      <w:pPr>
        <w:jc w:val="center"/>
      </w:pPr>
      <w:r>
        <w:t>記</w:t>
      </w:r>
    </w:p>
    <w:p w14:paraId="2CA29C06" w14:textId="77777777" w:rsidR="004513D4" w:rsidRDefault="004513D4"/>
    <w:tbl>
      <w:tblPr>
        <w:tblStyle w:val="afe"/>
        <w:tblW w:w="8802" w:type="dxa"/>
        <w:tblLook w:val="04A0" w:firstRow="1" w:lastRow="0" w:firstColumn="1" w:lastColumn="0" w:noHBand="0" w:noVBand="1"/>
      </w:tblPr>
      <w:tblGrid>
        <w:gridCol w:w="4401"/>
        <w:gridCol w:w="4401"/>
      </w:tblGrid>
      <w:tr w:rsidR="004513D4" w14:paraId="31AC53C4" w14:textId="77777777" w:rsidTr="00646487">
        <w:trPr>
          <w:trHeight w:val="633"/>
        </w:trPr>
        <w:tc>
          <w:tcPr>
            <w:tcW w:w="4401" w:type="dxa"/>
          </w:tcPr>
          <w:p w14:paraId="75486D84" w14:textId="77777777" w:rsidR="004513D4" w:rsidRDefault="00646487">
            <w:pPr>
              <w:rPr>
                <w:lang w:eastAsia="ja-JP"/>
              </w:rPr>
            </w:pPr>
            <w:r>
              <w:rPr>
                <w:lang w:eastAsia="ja-JP"/>
              </w:rPr>
              <w:t>対象設備の名称・型番等</w:t>
            </w:r>
          </w:p>
        </w:tc>
        <w:tc>
          <w:tcPr>
            <w:tcW w:w="4401" w:type="dxa"/>
          </w:tcPr>
          <w:p w14:paraId="769E4AE6" w14:textId="77777777" w:rsidR="004513D4" w:rsidRDefault="00646487">
            <w:pPr>
              <w:rPr>
                <w:lang w:eastAsia="ja-JP"/>
              </w:rPr>
            </w:pPr>
            <w:r>
              <w:rPr>
                <w:lang w:eastAsia="ja-JP"/>
              </w:rPr>
              <w:t>市内で取扱いを確認した事業者（確認先）</w:t>
            </w:r>
          </w:p>
        </w:tc>
      </w:tr>
      <w:tr w:rsidR="004513D4" w14:paraId="6DFDE60E" w14:textId="77777777" w:rsidTr="00646487">
        <w:trPr>
          <w:trHeight w:val="633"/>
        </w:trPr>
        <w:tc>
          <w:tcPr>
            <w:tcW w:w="4401" w:type="dxa"/>
          </w:tcPr>
          <w:p w14:paraId="3B164392" w14:textId="77777777" w:rsidR="004513D4" w:rsidRDefault="004513D4">
            <w:pPr>
              <w:rPr>
                <w:lang w:eastAsia="ja-JP"/>
              </w:rPr>
            </w:pPr>
          </w:p>
        </w:tc>
        <w:tc>
          <w:tcPr>
            <w:tcW w:w="4401" w:type="dxa"/>
          </w:tcPr>
          <w:p w14:paraId="602B08CF" w14:textId="77777777" w:rsidR="004513D4" w:rsidRDefault="004513D4">
            <w:pPr>
              <w:rPr>
                <w:lang w:eastAsia="ja-JP"/>
              </w:rPr>
            </w:pPr>
          </w:p>
        </w:tc>
      </w:tr>
      <w:tr w:rsidR="004513D4" w14:paraId="1A49A2BE" w14:textId="77777777" w:rsidTr="00646487">
        <w:trPr>
          <w:trHeight w:val="598"/>
        </w:trPr>
        <w:tc>
          <w:tcPr>
            <w:tcW w:w="4401" w:type="dxa"/>
          </w:tcPr>
          <w:p w14:paraId="406FA6C4" w14:textId="77777777" w:rsidR="004513D4" w:rsidRDefault="004513D4">
            <w:pPr>
              <w:rPr>
                <w:lang w:eastAsia="ja-JP"/>
              </w:rPr>
            </w:pPr>
          </w:p>
        </w:tc>
        <w:tc>
          <w:tcPr>
            <w:tcW w:w="4401" w:type="dxa"/>
          </w:tcPr>
          <w:p w14:paraId="165D7476" w14:textId="77777777" w:rsidR="004513D4" w:rsidRDefault="004513D4">
            <w:pPr>
              <w:rPr>
                <w:lang w:eastAsia="ja-JP"/>
              </w:rPr>
            </w:pPr>
          </w:p>
        </w:tc>
      </w:tr>
      <w:tr w:rsidR="004513D4" w14:paraId="0714582C" w14:textId="77777777" w:rsidTr="00646487">
        <w:trPr>
          <w:trHeight w:val="633"/>
        </w:trPr>
        <w:tc>
          <w:tcPr>
            <w:tcW w:w="4401" w:type="dxa"/>
          </w:tcPr>
          <w:p w14:paraId="15F51EA1" w14:textId="77777777" w:rsidR="004513D4" w:rsidRDefault="004513D4">
            <w:pPr>
              <w:rPr>
                <w:lang w:eastAsia="ja-JP"/>
              </w:rPr>
            </w:pPr>
          </w:p>
        </w:tc>
        <w:tc>
          <w:tcPr>
            <w:tcW w:w="4401" w:type="dxa"/>
          </w:tcPr>
          <w:p w14:paraId="77A4C487" w14:textId="77777777" w:rsidR="004513D4" w:rsidRDefault="004513D4">
            <w:pPr>
              <w:rPr>
                <w:lang w:eastAsia="ja-JP"/>
              </w:rPr>
            </w:pPr>
          </w:p>
        </w:tc>
      </w:tr>
      <w:tr w:rsidR="004513D4" w14:paraId="0BDF8B46" w14:textId="77777777" w:rsidTr="00646487">
        <w:trPr>
          <w:trHeight w:val="633"/>
        </w:trPr>
        <w:tc>
          <w:tcPr>
            <w:tcW w:w="4401" w:type="dxa"/>
          </w:tcPr>
          <w:p w14:paraId="32873D78" w14:textId="77777777" w:rsidR="004513D4" w:rsidRDefault="004513D4">
            <w:pPr>
              <w:rPr>
                <w:lang w:eastAsia="ja-JP"/>
              </w:rPr>
            </w:pPr>
          </w:p>
        </w:tc>
        <w:tc>
          <w:tcPr>
            <w:tcW w:w="4401" w:type="dxa"/>
          </w:tcPr>
          <w:p w14:paraId="094DE1E4" w14:textId="77777777" w:rsidR="004513D4" w:rsidRDefault="004513D4">
            <w:pPr>
              <w:rPr>
                <w:lang w:eastAsia="ja-JP"/>
              </w:rPr>
            </w:pPr>
          </w:p>
        </w:tc>
      </w:tr>
    </w:tbl>
    <w:p w14:paraId="74638E83" w14:textId="77777777" w:rsidR="004513D4" w:rsidRDefault="00646487">
      <w:pPr>
        <w:rPr>
          <w:lang w:eastAsia="ja-JP"/>
        </w:rPr>
      </w:pPr>
      <w:r>
        <w:rPr>
          <w:lang w:eastAsia="ja-JP"/>
        </w:rPr>
        <w:t>※</w:t>
      </w:r>
      <w:r>
        <w:rPr>
          <w:lang w:eastAsia="ja-JP"/>
        </w:rPr>
        <w:t>市内の家電量販店、電気工事店等、少なくとも１者以上に取扱いの有無を確認した上でご記入ください。</w:t>
      </w:r>
    </w:p>
    <w:p w14:paraId="1FAA7291" w14:textId="77777777" w:rsidR="004513D4" w:rsidRDefault="00646487">
      <w:r>
        <w:t>購入先（市外事業者）</w:t>
      </w:r>
    </w:p>
    <w:p w14:paraId="68F9D5FA" w14:textId="77777777" w:rsidR="004513D4" w:rsidRDefault="00646487">
      <w:r>
        <w:t xml:space="preserve">　所在地　　　　　　　　　　　　　　　　　　　　</w:t>
      </w:r>
    </w:p>
    <w:p w14:paraId="40B30FAA" w14:textId="62630AF3" w:rsidR="004513D4" w:rsidRDefault="00646487">
      <w:pPr>
        <w:rPr>
          <w:rFonts w:hint="eastAsia"/>
          <w:lang w:eastAsia="ja-JP"/>
        </w:rPr>
      </w:pPr>
      <w:r>
        <w:t xml:space="preserve">　名　称　　　　　　　　　　　　　　　　　　　　</w:t>
      </w:r>
    </w:p>
    <w:p w14:paraId="4192FEDF" w14:textId="77777777" w:rsidR="00646487" w:rsidRDefault="00646487">
      <w:pPr>
        <w:rPr>
          <w:lang w:eastAsia="ja-JP"/>
        </w:rPr>
      </w:pPr>
    </w:p>
    <w:p w14:paraId="5A6D11D6" w14:textId="1F05EE48" w:rsidR="004513D4" w:rsidRDefault="00646487">
      <w:pPr>
        <w:rPr>
          <w:lang w:eastAsia="ja-JP"/>
        </w:rPr>
      </w:pPr>
      <w:r>
        <w:rPr>
          <w:lang w:eastAsia="ja-JP"/>
        </w:rPr>
        <w:t xml:space="preserve">　上記のとおり相違ありません。</w:t>
      </w:r>
    </w:p>
    <w:p w14:paraId="2DE400F8" w14:textId="77777777" w:rsidR="00646487" w:rsidRDefault="00646487">
      <w:pPr>
        <w:rPr>
          <w:rFonts w:hint="eastAsia"/>
          <w:lang w:eastAsia="ja-JP"/>
        </w:rPr>
      </w:pPr>
    </w:p>
    <w:p w14:paraId="255220D3" w14:textId="77777777" w:rsidR="004513D4" w:rsidRDefault="00646487">
      <w:r>
        <w:t xml:space="preserve">申請者　所在地　　　　　　　　　　　　　　　　　　　　</w:t>
      </w:r>
    </w:p>
    <w:p w14:paraId="5AC20F93" w14:textId="77777777" w:rsidR="004513D4" w:rsidRDefault="00646487">
      <w:pPr>
        <w:rPr>
          <w:lang w:eastAsia="ja-JP"/>
        </w:rPr>
      </w:pPr>
      <w:r>
        <w:t xml:space="preserve">　　　　</w:t>
      </w:r>
      <w:r>
        <w:rPr>
          <w:lang w:eastAsia="ja-JP"/>
        </w:rPr>
        <w:t xml:space="preserve">名称・屋号　　　　　　　　　　　　　　　　　　</w:t>
      </w:r>
    </w:p>
    <w:p w14:paraId="61DC5AD5" w14:textId="77777777" w:rsidR="004513D4" w:rsidRDefault="00646487">
      <w:pPr>
        <w:rPr>
          <w:lang w:eastAsia="ja-JP"/>
        </w:rPr>
      </w:pPr>
      <w:r>
        <w:rPr>
          <w:lang w:eastAsia="ja-JP"/>
        </w:rPr>
        <w:t xml:space="preserve">　　　　氏　名　　　　　　　　　　　　　　　　　　印　</w:t>
      </w:r>
    </w:p>
    <w:sectPr w:rsidR="004513D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1AFE5" w14:textId="77777777" w:rsidR="00646487" w:rsidRDefault="00646487" w:rsidP="00646487">
      <w:pPr>
        <w:spacing w:after="0" w:line="240" w:lineRule="auto"/>
      </w:pPr>
      <w:r>
        <w:separator/>
      </w:r>
    </w:p>
  </w:endnote>
  <w:endnote w:type="continuationSeparator" w:id="0">
    <w:p w14:paraId="0C2D0DA1" w14:textId="77777777" w:rsidR="00646487" w:rsidRDefault="00646487" w:rsidP="0064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ADDEE" w14:textId="77777777" w:rsidR="00646487" w:rsidRDefault="00646487" w:rsidP="00646487">
      <w:pPr>
        <w:spacing w:after="0" w:line="240" w:lineRule="auto"/>
      </w:pPr>
      <w:r>
        <w:separator/>
      </w:r>
    </w:p>
  </w:footnote>
  <w:footnote w:type="continuationSeparator" w:id="0">
    <w:p w14:paraId="69240FC9" w14:textId="77777777" w:rsidR="00646487" w:rsidRDefault="00646487" w:rsidP="00646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574085">
    <w:abstractNumId w:val="8"/>
  </w:num>
  <w:num w:numId="2" w16cid:durableId="580526884">
    <w:abstractNumId w:val="6"/>
  </w:num>
  <w:num w:numId="3" w16cid:durableId="1846898060">
    <w:abstractNumId w:val="5"/>
  </w:num>
  <w:num w:numId="4" w16cid:durableId="792675413">
    <w:abstractNumId w:val="4"/>
  </w:num>
  <w:num w:numId="5" w16cid:durableId="1877767374">
    <w:abstractNumId w:val="7"/>
  </w:num>
  <w:num w:numId="6" w16cid:durableId="859006018">
    <w:abstractNumId w:val="3"/>
  </w:num>
  <w:num w:numId="7" w16cid:durableId="1765414668">
    <w:abstractNumId w:val="2"/>
  </w:num>
  <w:num w:numId="8" w16cid:durableId="1103068157">
    <w:abstractNumId w:val="1"/>
  </w:num>
  <w:num w:numId="9" w16cid:durableId="54730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13D4"/>
    <w:rsid w:val="00646487"/>
    <w:rsid w:val="00AA1D8D"/>
    <w:rsid w:val="00AC275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49EEC4"/>
  <w14:defaultImageDpi w14:val="300"/>
  <w15:docId w15:val="{4AA1F77B-43B6-45B2-A474-61296DD2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桃﨑 勇希</cp:lastModifiedBy>
  <cp:revision>2</cp:revision>
  <dcterms:created xsi:type="dcterms:W3CDTF">2013-12-23T23:15:00Z</dcterms:created>
  <dcterms:modified xsi:type="dcterms:W3CDTF">2026-07-28T09:26:00Z</dcterms:modified>
  <cp:category/>
</cp:coreProperties>
</file>